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04185A" w14:textId="7826FD26" w:rsidR="00133EB8" w:rsidRPr="00133EB8" w:rsidRDefault="00133EB8" w:rsidP="00B973F7">
      <w:pPr>
        <w:rPr>
          <w:rFonts w:ascii="Albert Sans" w:hAnsi="Albert Sans"/>
          <w:color w:val="FFFFFF" w:themeColor="background1"/>
          <w:sz w:val="56"/>
          <w:szCs w:val="56"/>
        </w:rPr>
      </w:pPr>
      <w:r w:rsidRPr="008F5E7A">
        <w:rPr>
          <w:rFonts w:ascii="Albert Sans" w:hAnsi="Albert Sans"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0A94DB9" wp14:editId="6A1780E1">
            <wp:simplePos x="0" y="0"/>
            <wp:positionH relativeFrom="column">
              <wp:posOffset>30480</wp:posOffset>
            </wp:positionH>
            <wp:positionV relativeFrom="paragraph">
              <wp:posOffset>-332105</wp:posOffset>
            </wp:positionV>
            <wp:extent cx="934085" cy="589915"/>
            <wp:effectExtent l="0" t="0" r="5715" b="0"/>
            <wp:wrapNone/>
            <wp:docPr id="7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44022362-7066-4BAE-2148-E4DBCF1036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44022362-7066-4BAE-2148-E4DBCF1036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408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5E7A">
        <w:rPr>
          <w:rFonts w:ascii="Albert Sans" w:hAnsi="Albert Sans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82D4E" wp14:editId="0EAEBC97">
                <wp:simplePos x="0" y="0"/>
                <wp:positionH relativeFrom="column">
                  <wp:posOffset>1845310</wp:posOffset>
                </wp:positionH>
                <wp:positionV relativeFrom="paragraph">
                  <wp:posOffset>-287655</wp:posOffset>
                </wp:positionV>
                <wp:extent cx="3596640" cy="528955"/>
                <wp:effectExtent l="0" t="0" r="10160" b="4445"/>
                <wp:wrapNone/>
                <wp:docPr id="5" name="Textfeld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89D812-2229-5265-B1BA-401D5F0460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640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="http://schemas.openxmlformats.org/presentationml/2006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9F1DB" w14:textId="77777777" w:rsidR="00133EB8" w:rsidRDefault="00133EB8" w:rsidP="00133EB8">
                            <w:pPr>
                              <w:tabs>
                                <w:tab w:val="left" w:pos="1276"/>
                                <w:tab w:val="right" w:pos="2977"/>
                              </w:tabs>
                              <w:spacing w:after="0" w:line="276" w:lineRule="auto"/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>Fach | Kürzel:</w:t>
                            </w: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ab/>
                              <w:t>Geschichte | Pries</w:t>
                            </w:r>
                          </w:p>
                          <w:p w14:paraId="60604150" w14:textId="77777777" w:rsidR="00133EB8" w:rsidRDefault="00133EB8" w:rsidP="00133EB8">
                            <w:pPr>
                              <w:tabs>
                                <w:tab w:val="left" w:pos="1276"/>
                                <w:tab w:val="right" w:pos="2977"/>
                              </w:tabs>
                              <w:spacing w:after="0" w:line="276" w:lineRule="auto"/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>Klasse:</w:t>
                            </w: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ab/>
                              <w:t>_____________________</w:t>
                            </w:r>
                          </w:p>
                          <w:p w14:paraId="67B68356" w14:textId="77777777" w:rsidR="00133EB8" w:rsidRDefault="00133EB8" w:rsidP="00133EB8">
                            <w:pPr>
                              <w:tabs>
                                <w:tab w:val="left" w:pos="1276"/>
                                <w:tab w:val="right" w:pos="2977"/>
                              </w:tabs>
                              <w:spacing w:after="0" w:line="276" w:lineRule="auto"/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>Datum:</w:t>
                            </w:r>
                            <w:r>
                              <w:rPr>
                                <w:rFonts w:ascii="Roboto Medium" w:eastAsia="Calibri" w:hAnsi="Roboto Medium"/>
                                <w:color w:val="000000" w:themeColor="dark1"/>
                                <w:sz w:val="18"/>
                                <w:szCs w:val="18"/>
                              </w:rPr>
                              <w:tab/>
                              <w:t>______________________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B82D4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145.3pt;margin-top:-22.65pt;width:283.2pt;height: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" filled="f" stroked="f">
                <v:textbox inset="0,0,0,0">
                  <w:txbxContent>
                    <w:p w14:paraId="4A19F1DB" w14:textId="77777777" w:rsidR="00133EB8" w:rsidRDefault="00133EB8" w:rsidP="00133EB8">
                      <w:pPr>
                        <w:tabs>
                          <w:tab w:val="left" w:pos="1276"/>
                          <w:tab w:val="right" w:pos="2977"/>
                        </w:tabs>
                        <w:spacing w:after="0" w:line="276" w:lineRule="auto"/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</w:pP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>Fach | Kürzel:</w:t>
                      </w: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ab/>
                        <w:t>Geschichte | Pries</w:t>
                      </w:r>
                    </w:p>
                    <w:p w14:paraId="60604150" w14:textId="77777777" w:rsidR="00133EB8" w:rsidRDefault="00133EB8" w:rsidP="00133EB8">
                      <w:pPr>
                        <w:tabs>
                          <w:tab w:val="left" w:pos="1276"/>
                          <w:tab w:val="right" w:pos="2977"/>
                        </w:tabs>
                        <w:spacing w:after="0" w:line="276" w:lineRule="auto"/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</w:pP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>Klasse:</w:t>
                      </w: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ab/>
                        <w:t>_____________________</w:t>
                      </w:r>
                    </w:p>
                    <w:p w14:paraId="67B68356" w14:textId="77777777" w:rsidR="00133EB8" w:rsidRDefault="00133EB8" w:rsidP="00133EB8">
                      <w:pPr>
                        <w:tabs>
                          <w:tab w:val="left" w:pos="1276"/>
                          <w:tab w:val="right" w:pos="2977"/>
                        </w:tabs>
                        <w:spacing w:after="0" w:line="276" w:lineRule="auto"/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</w:pP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>Datum:</w:t>
                      </w:r>
                      <w:r>
                        <w:rPr>
                          <w:rFonts w:ascii="Roboto Medium" w:eastAsia="Calibri" w:hAnsi="Roboto Medium"/>
                          <w:color w:val="000000" w:themeColor="dark1"/>
                          <w:sz w:val="18"/>
                          <w:szCs w:val="18"/>
                        </w:rPr>
                        <w:tab/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lbert Sans" w:hAnsi="Albert Sans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85A99F" wp14:editId="02C91E85">
                <wp:simplePos x="0" y="0"/>
                <wp:positionH relativeFrom="column">
                  <wp:posOffset>1363345</wp:posOffset>
                </wp:positionH>
                <wp:positionV relativeFrom="paragraph">
                  <wp:posOffset>-249011</wp:posOffset>
                </wp:positionV>
                <wp:extent cx="0" cy="434340"/>
                <wp:effectExtent l="0" t="0" r="12700" b="10160"/>
                <wp:wrapNone/>
                <wp:docPr id="1841419764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602A3" id="Gerade Verbindung 1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7.35pt,-19.6pt" to="107.35pt,1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" strokecolor="#5a5a5a [2109]"/>
            </w:pict>
          </mc:Fallback>
        </mc:AlternateContent>
      </w:r>
    </w:p>
    <w:p w14:paraId="4C92D36E" w14:textId="77777777" w:rsidR="00133EB8" w:rsidRPr="00133EB8" w:rsidRDefault="00133EB8" w:rsidP="00B973F7">
      <w:pPr>
        <w:rPr>
          <w:rFonts w:ascii="Aptos Display" w:hAnsi="Aptos Display"/>
          <w:b/>
          <w:sz w:val="13"/>
          <w:szCs w:val="13"/>
        </w:rPr>
      </w:pPr>
    </w:p>
    <w:p w14:paraId="61BA1C23" w14:textId="24D582A7" w:rsidR="001B7105" w:rsidRDefault="001B7105" w:rsidP="001B7105">
      <w:pPr>
        <w:rPr>
          <w:b/>
          <w:bCs/>
          <w:sz w:val="24"/>
          <w:szCs w:val="28"/>
          <w:lang w:val="de-DE"/>
        </w:rPr>
      </w:pPr>
      <w:r w:rsidRPr="00DC7BAA">
        <w:rPr>
          <w:b/>
          <w:bCs/>
          <w:sz w:val="24"/>
          <w:szCs w:val="28"/>
          <w:lang w:val="de-DE"/>
        </w:rPr>
        <w:t xml:space="preserve">Bericht der </w:t>
      </w:r>
      <w:r w:rsidR="004F05E8">
        <w:rPr>
          <w:b/>
          <w:bCs/>
          <w:sz w:val="24"/>
          <w:szCs w:val="28"/>
          <w:lang w:val="de-DE"/>
        </w:rPr>
        <w:t>O</w:t>
      </w:r>
      <w:r w:rsidRPr="00DC7BAA">
        <w:rPr>
          <w:b/>
          <w:bCs/>
          <w:sz w:val="24"/>
          <w:szCs w:val="28"/>
          <w:lang w:val="de-DE"/>
        </w:rPr>
        <w:t xml:space="preserve">bersten Heeresleitung über die Lage des Kriegs </w:t>
      </w:r>
    </w:p>
    <w:p w14:paraId="72D792CD" w14:textId="54B01C9B" w:rsidR="00BB670F" w:rsidRPr="00DC7BAA" w:rsidRDefault="00BB670F" w:rsidP="001B7105">
      <w:pPr>
        <w:rPr>
          <w:sz w:val="24"/>
          <w:szCs w:val="28"/>
          <w:lang w:val="de-DE"/>
        </w:rPr>
      </w:pPr>
      <w:r>
        <w:rPr>
          <w:noProof/>
          <w:sz w:val="24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DD16D5" wp14:editId="6DA06FB5">
                <wp:simplePos x="0" y="0"/>
                <wp:positionH relativeFrom="column">
                  <wp:posOffset>39370</wp:posOffset>
                </wp:positionH>
                <wp:positionV relativeFrom="paragraph">
                  <wp:posOffset>121464</wp:posOffset>
                </wp:positionV>
                <wp:extent cx="5091562" cy="1790700"/>
                <wp:effectExtent l="12700" t="25400" r="26670" b="38100"/>
                <wp:wrapNone/>
                <wp:docPr id="1412497878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1562" cy="1790700"/>
                        </a:xfrm>
                        <a:custGeom>
                          <a:avLst/>
                          <a:gdLst>
                            <a:gd name="csX0" fmla="*/ 0 w 5091562"/>
                            <a:gd name="csY0" fmla="*/ 0 h 1790700"/>
                            <a:gd name="csX1" fmla="*/ 585530 w 5091562"/>
                            <a:gd name="csY1" fmla="*/ 0 h 1790700"/>
                            <a:gd name="csX2" fmla="*/ 1069228 w 5091562"/>
                            <a:gd name="csY2" fmla="*/ 0 h 1790700"/>
                            <a:gd name="csX3" fmla="*/ 1807505 w 5091562"/>
                            <a:gd name="csY3" fmla="*/ 0 h 1790700"/>
                            <a:gd name="csX4" fmla="*/ 2393034 w 5091562"/>
                            <a:gd name="csY4" fmla="*/ 0 h 1790700"/>
                            <a:gd name="csX5" fmla="*/ 2978564 w 5091562"/>
                            <a:gd name="csY5" fmla="*/ 0 h 1790700"/>
                            <a:gd name="csX6" fmla="*/ 3716840 w 5091562"/>
                            <a:gd name="csY6" fmla="*/ 0 h 1790700"/>
                            <a:gd name="csX7" fmla="*/ 4251454 w 5091562"/>
                            <a:gd name="csY7" fmla="*/ 0 h 1790700"/>
                            <a:gd name="csX8" fmla="*/ 5091562 w 5091562"/>
                            <a:gd name="csY8" fmla="*/ 0 h 1790700"/>
                            <a:gd name="csX9" fmla="*/ 5091562 w 5091562"/>
                            <a:gd name="csY9" fmla="*/ 632714 h 1790700"/>
                            <a:gd name="csX10" fmla="*/ 5091562 w 5091562"/>
                            <a:gd name="csY10" fmla="*/ 1193800 h 1790700"/>
                            <a:gd name="csX11" fmla="*/ 5091562 w 5091562"/>
                            <a:gd name="csY11" fmla="*/ 1790700 h 1790700"/>
                            <a:gd name="csX12" fmla="*/ 4404201 w 5091562"/>
                            <a:gd name="csY12" fmla="*/ 1790700 h 1790700"/>
                            <a:gd name="csX13" fmla="*/ 3665925 w 5091562"/>
                            <a:gd name="csY13" fmla="*/ 1790700 h 1790700"/>
                            <a:gd name="csX14" fmla="*/ 2927648 w 5091562"/>
                            <a:gd name="csY14" fmla="*/ 1790700 h 1790700"/>
                            <a:gd name="csX15" fmla="*/ 2393034 w 5091562"/>
                            <a:gd name="csY15" fmla="*/ 1790700 h 1790700"/>
                            <a:gd name="csX16" fmla="*/ 1756589 w 5091562"/>
                            <a:gd name="csY16" fmla="*/ 1790700 h 1790700"/>
                            <a:gd name="csX17" fmla="*/ 1018312 w 5091562"/>
                            <a:gd name="csY17" fmla="*/ 1790700 h 1790700"/>
                            <a:gd name="csX18" fmla="*/ 0 w 5091562"/>
                            <a:gd name="csY18" fmla="*/ 1790700 h 1790700"/>
                            <a:gd name="csX19" fmla="*/ 0 w 5091562"/>
                            <a:gd name="csY19" fmla="*/ 1247521 h 1790700"/>
                            <a:gd name="csX20" fmla="*/ 0 w 5091562"/>
                            <a:gd name="csY20" fmla="*/ 686435 h 1790700"/>
                            <a:gd name="csX21" fmla="*/ 0 w 5091562"/>
                            <a:gd name="csY21" fmla="*/ 0 h 1790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</a:cxnLst>
                          <a:rect l="l" t="t" r="r" b="b"/>
                          <a:pathLst>
                            <a:path w="5091562" h="1790700" extrusionOk="0">
                              <a:moveTo>
                                <a:pt x="0" y="0"/>
                              </a:moveTo>
                              <a:cubicBezTo>
                                <a:pt x="152771" y="25343"/>
                                <a:pt x="458857" y="-10708"/>
                                <a:pt x="585530" y="0"/>
                              </a:cubicBezTo>
                              <a:cubicBezTo>
                                <a:pt x="712203" y="10708"/>
                                <a:pt x="845719" y="-16720"/>
                                <a:pt x="1069228" y="0"/>
                              </a:cubicBezTo>
                              <a:cubicBezTo>
                                <a:pt x="1292737" y="16720"/>
                                <a:pt x="1477151" y="30550"/>
                                <a:pt x="1807505" y="0"/>
                              </a:cubicBezTo>
                              <a:cubicBezTo>
                                <a:pt x="2137859" y="-30550"/>
                                <a:pt x="2116542" y="3909"/>
                                <a:pt x="2393034" y="0"/>
                              </a:cubicBezTo>
                              <a:cubicBezTo>
                                <a:pt x="2669526" y="-3909"/>
                                <a:pt x="2776079" y="20384"/>
                                <a:pt x="2978564" y="0"/>
                              </a:cubicBezTo>
                              <a:cubicBezTo>
                                <a:pt x="3181049" y="-20384"/>
                                <a:pt x="3447948" y="32454"/>
                                <a:pt x="3716840" y="0"/>
                              </a:cubicBezTo>
                              <a:cubicBezTo>
                                <a:pt x="3985732" y="-32454"/>
                                <a:pt x="4129946" y="-20054"/>
                                <a:pt x="4251454" y="0"/>
                              </a:cubicBezTo>
                              <a:cubicBezTo>
                                <a:pt x="4372962" y="20054"/>
                                <a:pt x="4679461" y="19441"/>
                                <a:pt x="5091562" y="0"/>
                              </a:cubicBezTo>
                              <a:cubicBezTo>
                                <a:pt x="5092442" y="252752"/>
                                <a:pt x="5077952" y="414728"/>
                                <a:pt x="5091562" y="632714"/>
                              </a:cubicBezTo>
                              <a:cubicBezTo>
                                <a:pt x="5105172" y="850700"/>
                                <a:pt x="5066870" y="997066"/>
                                <a:pt x="5091562" y="1193800"/>
                              </a:cubicBezTo>
                              <a:cubicBezTo>
                                <a:pt x="5116254" y="1390534"/>
                                <a:pt x="5078326" y="1640884"/>
                                <a:pt x="5091562" y="1790700"/>
                              </a:cubicBezTo>
                              <a:cubicBezTo>
                                <a:pt x="4753996" y="1763947"/>
                                <a:pt x="4640673" y="1769554"/>
                                <a:pt x="4404201" y="1790700"/>
                              </a:cubicBezTo>
                              <a:cubicBezTo>
                                <a:pt x="4167729" y="1811846"/>
                                <a:pt x="3863458" y="1756733"/>
                                <a:pt x="3665925" y="1790700"/>
                              </a:cubicBezTo>
                              <a:cubicBezTo>
                                <a:pt x="3468392" y="1824667"/>
                                <a:pt x="3226443" y="1812421"/>
                                <a:pt x="2927648" y="1790700"/>
                              </a:cubicBezTo>
                              <a:cubicBezTo>
                                <a:pt x="2628853" y="1768979"/>
                                <a:pt x="2581042" y="1778209"/>
                                <a:pt x="2393034" y="1790700"/>
                              </a:cubicBezTo>
                              <a:cubicBezTo>
                                <a:pt x="2205026" y="1803191"/>
                                <a:pt x="1967690" y="1811119"/>
                                <a:pt x="1756589" y="1790700"/>
                              </a:cubicBezTo>
                              <a:cubicBezTo>
                                <a:pt x="1545489" y="1770281"/>
                                <a:pt x="1251430" y="1758796"/>
                                <a:pt x="1018312" y="1790700"/>
                              </a:cubicBezTo>
                              <a:cubicBezTo>
                                <a:pt x="785194" y="1822604"/>
                                <a:pt x="377892" y="1756510"/>
                                <a:pt x="0" y="1790700"/>
                              </a:cubicBezTo>
                              <a:cubicBezTo>
                                <a:pt x="-2859" y="1671674"/>
                                <a:pt x="-17818" y="1389197"/>
                                <a:pt x="0" y="1247521"/>
                              </a:cubicBezTo>
                              <a:cubicBezTo>
                                <a:pt x="17818" y="1105845"/>
                                <a:pt x="-9971" y="965986"/>
                                <a:pt x="0" y="686435"/>
                              </a:cubicBezTo>
                              <a:cubicBezTo>
                                <a:pt x="9971" y="406884"/>
                                <a:pt x="28702" y="22611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14DFB0C" w14:textId="77777777" w:rsidR="00BB670F" w:rsidRDefault="00BB67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16D5" id="Textfeld 5" o:spid="_x0000_s1027" type="#_x0000_t202" style="position:absolute;margin-left:3.1pt;margin-top:9.55pt;width:400.9pt;height:14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" filled="f" strokeweight=".5pt">
                <v:textbox>
                  <w:txbxContent>
                    <w:p w14:paraId="714DFB0C" w14:textId="77777777" w:rsidR="00BB670F" w:rsidRDefault="00BB670F"/>
                  </w:txbxContent>
                </v:textbox>
              </v:shape>
            </w:pict>
          </mc:Fallback>
        </mc:AlternateContent>
      </w:r>
    </w:p>
    <w:p w14:paraId="27DCB891" w14:textId="2EBCA568" w:rsidR="001B7105" w:rsidRPr="00BB670F" w:rsidRDefault="001B7105" w:rsidP="00BB670F">
      <w:pPr>
        <w:pStyle w:val="Listenabsatz"/>
        <w:numPr>
          <w:ilvl w:val="0"/>
          <w:numId w:val="12"/>
        </w:numPr>
        <w:rPr>
          <w:lang w:val="de-DE"/>
        </w:rPr>
      </w:pPr>
      <w:r w:rsidRPr="004A3D1B">
        <w:rPr>
          <w:b/>
          <w:bCs/>
          <w:lang w:val="de-DE"/>
        </w:rPr>
        <w:t>L</w:t>
      </w:r>
      <w:r w:rsidR="00BB670F">
        <w:rPr>
          <w:b/>
          <w:bCs/>
          <w:lang w:val="de-DE"/>
        </w:rPr>
        <w:t xml:space="preserve">ies </w:t>
      </w:r>
      <w:r w:rsidRPr="001B7105">
        <w:rPr>
          <w:lang w:val="de-DE"/>
        </w:rPr>
        <w:t>die Quelle</w:t>
      </w:r>
      <w:r w:rsidR="00BB670F">
        <w:rPr>
          <w:lang w:val="de-DE"/>
        </w:rPr>
        <w:t xml:space="preserve"> </w:t>
      </w:r>
      <w:r>
        <w:rPr>
          <w:lang w:val="de-DE"/>
        </w:rPr>
        <w:t>und markie</w:t>
      </w:r>
      <w:r w:rsidR="00BB670F">
        <w:rPr>
          <w:lang w:val="de-DE"/>
        </w:rPr>
        <w:t>re</w:t>
      </w:r>
      <w:r>
        <w:rPr>
          <w:lang w:val="de-DE"/>
        </w:rPr>
        <w:t xml:space="preserve"> Informationen zu </w:t>
      </w:r>
      <w:r w:rsidR="00BB670F">
        <w:rPr>
          <w:lang w:val="de-DE"/>
        </w:rPr>
        <w:t>folgenden</w:t>
      </w:r>
      <w:r>
        <w:rPr>
          <w:lang w:val="de-DE"/>
        </w:rPr>
        <w:t xml:space="preserve"> Fragen </w:t>
      </w:r>
      <w:r w:rsidRPr="001B7105">
        <w:rPr>
          <w:lang w:val="de-DE"/>
        </w:rPr>
        <w:t>(</w:t>
      </w:r>
      <w:r w:rsidRPr="001B7105">
        <w:rPr>
          <w:i/>
          <w:iCs/>
          <w:lang w:val="de-DE"/>
        </w:rPr>
        <w:t>Einzelarbeit</w:t>
      </w:r>
      <w:r w:rsidRPr="001B7105">
        <w:rPr>
          <w:lang w:val="de-DE"/>
        </w:rPr>
        <w:t>)</w:t>
      </w:r>
      <w:r w:rsidR="00BB670F">
        <w:rPr>
          <w:lang w:val="de-DE"/>
        </w:rPr>
        <w:t>:</w:t>
      </w:r>
    </w:p>
    <w:p w14:paraId="59A164DF" w14:textId="3CBBD370" w:rsidR="001B7105" w:rsidRPr="001B7105" w:rsidRDefault="001B7105" w:rsidP="001B7105">
      <w:pPr>
        <w:pStyle w:val="Listenabsatz"/>
        <w:numPr>
          <w:ilvl w:val="0"/>
          <w:numId w:val="11"/>
        </w:numPr>
        <w:rPr>
          <w:lang w:val="de-DE"/>
        </w:rPr>
      </w:pPr>
      <w:r w:rsidRPr="001B7105">
        <w:rPr>
          <w:lang w:val="de-DE"/>
        </w:rPr>
        <w:t>Von wann ist die Quelle?</w:t>
      </w:r>
    </w:p>
    <w:p w14:paraId="1FA7A2D2" w14:textId="13B83F1F" w:rsidR="001B7105" w:rsidRPr="001B7105" w:rsidRDefault="001B7105" w:rsidP="001B7105">
      <w:pPr>
        <w:pStyle w:val="Listenabsatz"/>
        <w:numPr>
          <w:ilvl w:val="0"/>
          <w:numId w:val="11"/>
        </w:numPr>
        <w:rPr>
          <w:lang w:val="de-DE"/>
        </w:rPr>
      </w:pPr>
      <w:r w:rsidRPr="001B7105">
        <w:rPr>
          <w:lang w:val="de-DE"/>
        </w:rPr>
        <w:t>Von wem ist die Quelle?</w:t>
      </w:r>
    </w:p>
    <w:p w14:paraId="7D1E03AA" w14:textId="63315276" w:rsidR="001B7105" w:rsidRPr="001B7105" w:rsidRDefault="001B7105" w:rsidP="001B7105">
      <w:pPr>
        <w:pStyle w:val="Listenabsatz"/>
        <w:numPr>
          <w:ilvl w:val="0"/>
          <w:numId w:val="11"/>
        </w:numPr>
        <w:rPr>
          <w:lang w:val="de-DE"/>
        </w:rPr>
      </w:pPr>
      <w:r w:rsidRPr="001B7105">
        <w:rPr>
          <w:lang w:val="de-DE"/>
        </w:rPr>
        <w:t>Was ist der genaue Inhalt der Quelle?</w:t>
      </w:r>
    </w:p>
    <w:p w14:paraId="037F8580" w14:textId="3E5E5650" w:rsidR="001B7105" w:rsidRDefault="001B7105" w:rsidP="001B7105">
      <w:pPr>
        <w:pStyle w:val="Listenabsatz"/>
        <w:numPr>
          <w:ilvl w:val="0"/>
          <w:numId w:val="11"/>
        </w:numPr>
        <w:rPr>
          <w:lang w:val="de-DE"/>
        </w:rPr>
      </w:pPr>
      <w:r w:rsidRPr="001B7105">
        <w:rPr>
          <w:lang w:val="de-DE"/>
        </w:rPr>
        <w:t>Was hat der Inhalt mit unserem Thema zu tun?</w:t>
      </w:r>
      <w:r w:rsidR="00A94341">
        <w:rPr>
          <w:lang w:val="de-DE"/>
        </w:rPr>
        <w:t xml:space="preserve"> </w:t>
      </w:r>
      <w:r w:rsidR="00BB670F">
        <w:rPr>
          <w:lang w:val="de-DE"/>
        </w:rPr>
        <w:br/>
      </w:r>
    </w:p>
    <w:p w14:paraId="6CA81BF6" w14:textId="70E0B8CA" w:rsidR="001B7105" w:rsidRPr="00BB670F" w:rsidRDefault="00BB670F" w:rsidP="00BB670F">
      <w:pPr>
        <w:pStyle w:val="Listenabsatz"/>
        <w:numPr>
          <w:ilvl w:val="0"/>
          <w:numId w:val="12"/>
        </w:numPr>
        <w:rPr>
          <w:lang w:val="de-DE"/>
        </w:rPr>
      </w:pPr>
      <w:r>
        <w:rPr>
          <w:b/>
          <w:bCs/>
          <w:lang w:val="de-DE"/>
        </w:rPr>
        <w:t>Vergleicht</w:t>
      </w:r>
      <w:r w:rsidRPr="00BB670F">
        <w:rPr>
          <w:lang w:val="de-DE"/>
        </w:rPr>
        <w:t xml:space="preserve"> </w:t>
      </w:r>
      <w:r>
        <w:rPr>
          <w:lang w:val="de-DE"/>
        </w:rPr>
        <w:t>und verbessert eure Antworten in</w:t>
      </w:r>
      <w:r w:rsidRPr="00BB670F">
        <w:rPr>
          <w:lang w:val="de-DE"/>
        </w:rPr>
        <w:t xml:space="preserve"> Partnerarbeit</w:t>
      </w:r>
      <w:r>
        <w:rPr>
          <w:lang w:val="de-DE"/>
        </w:rPr>
        <w:t>.</w:t>
      </w:r>
    </w:p>
    <w:p w14:paraId="4E3132D3" w14:textId="4D5FD3A8" w:rsidR="001B7105" w:rsidRPr="001B7105" w:rsidRDefault="001B7105" w:rsidP="001B7105">
      <w:pPr>
        <w:pStyle w:val="Listenabsatz"/>
        <w:numPr>
          <w:ilvl w:val="0"/>
          <w:numId w:val="12"/>
        </w:numPr>
        <w:rPr>
          <w:lang w:val="de-DE"/>
        </w:rPr>
      </w:pPr>
      <w:r w:rsidRPr="004A3D1B">
        <w:rPr>
          <w:b/>
          <w:bCs/>
          <w:lang w:val="de-DE"/>
        </w:rPr>
        <w:t>Präsentation</w:t>
      </w:r>
      <w:r w:rsidRPr="001B7105">
        <w:rPr>
          <w:lang w:val="de-DE"/>
        </w:rPr>
        <w:t>: Ein bis zwei Gruppen stellen ihre Ergebnisse vor.</w:t>
      </w:r>
    </w:p>
    <w:p w14:paraId="5729B90C" w14:textId="56F373D8" w:rsidR="0042480B" w:rsidRDefault="0042480B"/>
    <w:p w14:paraId="2DA73678" w14:textId="77777777" w:rsidR="001B7105" w:rsidRDefault="001B7105"/>
    <w:p w14:paraId="1ACC00E4" w14:textId="34A75C14" w:rsidR="001B7105" w:rsidRDefault="004A3D1B">
      <w:r>
        <w:rPr>
          <w:noProof/>
        </w:rPr>
        <w:drawing>
          <wp:inline distT="0" distB="0" distL="0" distR="0" wp14:anchorId="22ADE217" wp14:editId="2ECCFEF9">
            <wp:extent cx="5321300" cy="2245145"/>
            <wp:effectExtent l="0" t="0" r="0" b="3175"/>
            <wp:docPr id="127101061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10611" name="Grafik 12710106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1812" cy="225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842D0F" wp14:editId="0E6CA909">
            <wp:extent cx="5232400" cy="2049258"/>
            <wp:effectExtent l="0" t="0" r="0" b="0"/>
            <wp:docPr id="767750727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750727" name="Grafik 7677507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32" cy="206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7105" w:rsidSect="00034616">
      <w:headerReference w:type="default" r:id="rId11"/>
      <w:footerReference w:type="default" r:id="rId12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E7532" w14:textId="77777777" w:rsidR="00B26675" w:rsidRDefault="00B26675">
      <w:pPr>
        <w:spacing w:after="0" w:line="240" w:lineRule="auto"/>
      </w:pPr>
      <w:r>
        <w:separator/>
      </w:r>
    </w:p>
  </w:endnote>
  <w:endnote w:type="continuationSeparator" w:id="0">
    <w:p w14:paraId="4E8FE60E" w14:textId="77777777" w:rsidR="00B26675" w:rsidRDefault="00B2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lbert Sans">
    <w:panose1 w:val="00000000000000000000"/>
    <w:charset w:val="4D"/>
    <w:family w:val="auto"/>
    <w:pitch w:val="variable"/>
    <w:sig w:usb0="A00000BF" w:usb1="4000204B" w:usb2="00000000" w:usb3="00000000" w:csb0="00000093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A0670" w14:textId="19B48FBB" w:rsidR="0042480B" w:rsidRDefault="0042480B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CFA792" w14:textId="77777777" w:rsidR="00B26675" w:rsidRDefault="00B26675">
      <w:pPr>
        <w:spacing w:after="0" w:line="240" w:lineRule="auto"/>
      </w:pPr>
      <w:r>
        <w:separator/>
      </w:r>
    </w:p>
  </w:footnote>
  <w:footnote w:type="continuationSeparator" w:id="0">
    <w:p w14:paraId="5685EED4" w14:textId="77777777" w:rsidR="00B26675" w:rsidRDefault="00B26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44BE44" w14:textId="00510833" w:rsidR="00B973F7" w:rsidRDefault="00B973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D87CAD"/>
    <w:multiLevelType w:val="hybridMultilevel"/>
    <w:tmpl w:val="98E4D8B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5A54CD"/>
    <w:multiLevelType w:val="hybridMultilevel"/>
    <w:tmpl w:val="FA8C58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644B9"/>
    <w:multiLevelType w:val="hybridMultilevel"/>
    <w:tmpl w:val="5FDCDC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8493A"/>
    <w:multiLevelType w:val="hybridMultilevel"/>
    <w:tmpl w:val="E7D801A4"/>
    <w:lvl w:ilvl="0" w:tplc="5074F1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3259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86610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BCE6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44F4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E48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7CE54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16FE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DEB2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666060663">
    <w:abstractNumId w:val="8"/>
  </w:num>
  <w:num w:numId="2" w16cid:durableId="1799832870">
    <w:abstractNumId w:val="6"/>
  </w:num>
  <w:num w:numId="3" w16cid:durableId="1601719787">
    <w:abstractNumId w:val="5"/>
  </w:num>
  <w:num w:numId="4" w16cid:durableId="581108503">
    <w:abstractNumId w:val="4"/>
  </w:num>
  <w:num w:numId="5" w16cid:durableId="351805519">
    <w:abstractNumId w:val="7"/>
  </w:num>
  <w:num w:numId="6" w16cid:durableId="539048730">
    <w:abstractNumId w:val="3"/>
  </w:num>
  <w:num w:numId="7" w16cid:durableId="2127115163">
    <w:abstractNumId w:val="2"/>
  </w:num>
  <w:num w:numId="8" w16cid:durableId="1129471703">
    <w:abstractNumId w:val="1"/>
  </w:num>
  <w:num w:numId="9" w16cid:durableId="563099335">
    <w:abstractNumId w:val="0"/>
  </w:num>
  <w:num w:numId="10" w16cid:durableId="1816095586">
    <w:abstractNumId w:val="12"/>
  </w:num>
  <w:num w:numId="11" w16cid:durableId="2050104031">
    <w:abstractNumId w:val="9"/>
  </w:num>
  <w:num w:numId="12" w16cid:durableId="2097096180">
    <w:abstractNumId w:val="10"/>
  </w:num>
  <w:num w:numId="13" w16cid:durableId="1561555674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3EB8"/>
    <w:rsid w:val="0015074B"/>
    <w:rsid w:val="001B7105"/>
    <w:rsid w:val="0026062C"/>
    <w:rsid w:val="0029639D"/>
    <w:rsid w:val="00326F90"/>
    <w:rsid w:val="00357D84"/>
    <w:rsid w:val="0042480B"/>
    <w:rsid w:val="00441223"/>
    <w:rsid w:val="00483631"/>
    <w:rsid w:val="004A3D1B"/>
    <w:rsid w:val="004F05E8"/>
    <w:rsid w:val="00A94341"/>
    <w:rsid w:val="00AA1D8D"/>
    <w:rsid w:val="00AC6A13"/>
    <w:rsid w:val="00B26675"/>
    <w:rsid w:val="00B47730"/>
    <w:rsid w:val="00B87369"/>
    <w:rsid w:val="00B973F7"/>
    <w:rsid w:val="00BB670F"/>
    <w:rsid w:val="00CB0664"/>
    <w:rsid w:val="00DC7B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CCC972"/>
  <w14:defaultImageDpi w14:val="300"/>
  <w15:docId w15:val="{C5AFA847-4517-324A-A5BE-E52034E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40" w:line="259" w:lineRule="auto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Yannik Pries</cp:lastModifiedBy>
  <cp:revision>11</cp:revision>
  <cp:lastPrinted>2026-09-23T18:32:00Z</cp:lastPrinted>
  <dcterms:created xsi:type="dcterms:W3CDTF">2013-12-23T23:15:00Z</dcterms:created>
  <dcterms:modified xsi:type="dcterms:W3CDTF">2026-10-14T20:33:00Z</dcterms:modified>
  <cp:category/>
</cp:coreProperties>
</file>